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DBF73" w14:textId="4392FCA6" w:rsidR="009266BE" w:rsidRDefault="00000000">
      <w:pPr>
        <w:jc w:val="center"/>
      </w:pPr>
      <w:r>
        <w:br/>
        <w:t>MODULO DI SEGNALAZIONE INTERNA DI INFORTUNIO</w:t>
      </w:r>
    </w:p>
    <w:p w14:paraId="0436533B" w14:textId="77777777" w:rsidR="009266BE" w:rsidRDefault="00000000" w:rsidP="001B7AA4">
      <w:pPr>
        <w:spacing w:after="0" w:line="240" w:lineRule="auto"/>
        <w:jc w:val="center"/>
        <w:rPr>
          <w:b/>
        </w:rPr>
      </w:pPr>
      <w:r>
        <w:rPr>
          <w:b/>
        </w:rPr>
        <w:t>DA COMPILARE TEMPESTIVAMENTE A CURA DEL PERSONALE PRESENTE ALL’EVENTO</w:t>
      </w:r>
    </w:p>
    <w:p w14:paraId="22369E0C" w14:textId="77777777" w:rsidR="001B7AA4" w:rsidRDefault="001B7AA4" w:rsidP="001B7AA4">
      <w:pPr>
        <w:spacing w:after="0" w:line="240" w:lineRule="auto"/>
        <w:jc w:val="center"/>
      </w:pPr>
    </w:p>
    <w:p w14:paraId="3323B79B" w14:textId="77777777" w:rsidR="009266BE" w:rsidRDefault="00000000" w:rsidP="001B7AA4">
      <w:pPr>
        <w:pStyle w:val="Titolo1"/>
        <w:spacing w:before="0" w:line="240" w:lineRule="auto"/>
      </w:pPr>
      <w:r>
        <w:t>A – Dati dell’infortunato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803"/>
      </w:tblGrid>
      <w:tr w:rsidR="009266BE" w14:paraId="42908CA3" w14:textId="77777777">
        <w:trPr>
          <w:jc w:val="center"/>
        </w:trPr>
        <w:tc>
          <w:tcPr>
            <w:tcW w:w="283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477F7C" w14:textId="77777777" w:rsidR="009266BE" w:rsidRDefault="00000000">
            <w:r>
              <w:t>Cognome e nome</w:t>
            </w:r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F2B181" w14:textId="77777777" w:rsidR="009266BE" w:rsidRDefault="009266BE"/>
        </w:tc>
      </w:tr>
      <w:tr w:rsidR="009266BE" w14:paraId="525F13F1" w14:textId="77777777">
        <w:trPr>
          <w:jc w:val="center"/>
        </w:trPr>
        <w:tc>
          <w:tcPr>
            <w:tcW w:w="283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701CD6" w14:textId="77777777" w:rsidR="009266BE" w:rsidRDefault="00000000">
            <w:r>
              <w:t>Soggetto</w:t>
            </w:r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0F0C7D" w14:textId="77777777" w:rsidR="009266BE" w:rsidRDefault="00000000">
            <w:r>
              <w:t>☐ Alunno/a   ☐ Docente   ☐ ATA   ☐ Altro</w:t>
            </w:r>
          </w:p>
        </w:tc>
      </w:tr>
      <w:tr w:rsidR="009266BE" w14:paraId="49D3D383" w14:textId="77777777">
        <w:trPr>
          <w:jc w:val="center"/>
        </w:trPr>
        <w:tc>
          <w:tcPr>
            <w:tcW w:w="283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8CDA32" w14:textId="77777777" w:rsidR="009266BE" w:rsidRDefault="00000000">
            <w:r>
              <w:t>Classe/Sezione</w:t>
            </w:r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9B7B3E" w14:textId="77777777" w:rsidR="009266BE" w:rsidRDefault="009266BE"/>
        </w:tc>
      </w:tr>
      <w:tr w:rsidR="009266BE" w14:paraId="5CB0A4D2" w14:textId="77777777">
        <w:trPr>
          <w:jc w:val="center"/>
        </w:trPr>
        <w:tc>
          <w:tcPr>
            <w:tcW w:w="283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662832" w14:textId="77777777" w:rsidR="009266BE" w:rsidRDefault="00000000">
            <w:r>
              <w:t>Plesso</w:t>
            </w:r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20FDAE" w14:textId="77777777" w:rsidR="009266BE" w:rsidRDefault="009266BE"/>
        </w:tc>
      </w:tr>
    </w:tbl>
    <w:p w14:paraId="7FAFF75C" w14:textId="77777777" w:rsidR="009266BE" w:rsidRDefault="00000000">
      <w:pPr>
        <w:pStyle w:val="Titolo1"/>
      </w:pPr>
      <w:r>
        <w:t>B – Dati dell’infortunio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803"/>
      </w:tblGrid>
      <w:tr w:rsidR="009266BE" w14:paraId="702990E1" w14:textId="77777777">
        <w:trPr>
          <w:jc w:val="center"/>
        </w:trPr>
        <w:tc>
          <w:tcPr>
            <w:tcW w:w="283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B173EB" w14:textId="77777777" w:rsidR="009266BE" w:rsidRDefault="00000000">
            <w:r>
              <w:t>Data / Ora</w:t>
            </w:r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B8BCA3" w14:textId="77777777" w:rsidR="009266BE" w:rsidRDefault="00000000">
            <w:r>
              <w:t>____/____/________   ore ________</w:t>
            </w:r>
          </w:p>
        </w:tc>
      </w:tr>
      <w:tr w:rsidR="009266BE" w14:paraId="7EC7D4DC" w14:textId="77777777">
        <w:trPr>
          <w:jc w:val="center"/>
        </w:trPr>
        <w:tc>
          <w:tcPr>
            <w:tcW w:w="283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A7F583" w14:textId="77777777" w:rsidR="009266BE" w:rsidRDefault="00000000">
            <w:r>
              <w:t>Luogo</w:t>
            </w:r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825A1D" w14:textId="77777777" w:rsidR="009266BE" w:rsidRDefault="00000000">
            <w:r>
              <w:t>☐ Aula ☐ Corridoio ☐ Scale ☐ Palestra ☐ Cortile ☐ Mensa ☐ Laboratorio ☐ Servizi ☐ Attività esterna ☐ Altro</w:t>
            </w:r>
          </w:p>
        </w:tc>
      </w:tr>
      <w:tr w:rsidR="009266BE" w14:paraId="0AEDB760" w14:textId="77777777">
        <w:trPr>
          <w:jc w:val="center"/>
        </w:trPr>
        <w:tc>
          <w:tcPr>
            <w:tcW w:w="283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3E0351" w14:textId="77777777" w:rsidR="009266BE" w:rsidRDefault="00000000">
            <w:r>
              <w:t>Attività svolta</w:t>
            </w:r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121CF6" w14:textId="77777777" w:rsidR="009266BE" w:rsidRDefault="009266BE"/>
        </w:tc>
      </w:tr>
    </w:tbl>
    <w:p w14:paraId="5CA0A594" w14:textId="77777777" w:rsidR="009266BE" w:rsidRDefault="00000000">
      <w:pPr>
        <w:pStyle w:val="Titolo1"/>
      </w:pPr>
      <w:r>
        <w:t>C – Dinamica dell’infortunio</w:t>
      </w:r>
    </w:p>
    <w:p w14:paraId="19FD1874" w14:textId="27BC1573" w:rsidR="009266BE" w:rsidRDefault="00000000">
      <w:r>
        <w:t>Descrizione oggettiva dell’accaduto:</w:t>
      </w:r>
      <w:r>
        <w:br/>
      </w:r>
      <w:r>
        <w:br/>
        <w:t>________________________________________________________________________________</w:t>
      </w:r>
      <w:r>
        <w:br/>
        <w:t>________________________________________________________________________________</w:t>
      </w:r>
    </w:p>
    <w:p w14:paraId="1D9FCD05" w14:textId="77777777" w:rsidR="009266BE" w:rsidRDefault="00000000">
      <w:r>
        <w:t>Evento osservato direttamente dal dichiarante?  ☐ SÌ   ☐ NO</w:t>
      </w:r>
      <w:r>
        <w:br/>
        <w:t>Se NO, indicare da chi e in quali termini è stato riferito:</w:t>
      </w:r>
      <w:r>
        <w:br/>
        <w:t>________________________________________________________________________________</w:t>
      </w:r>
    </w:p>
    <w:p w14:paraId="1688F91C" w14:textId="77777777" w:rsidR="009266BE" w:rsidRDefault="00000000">
      <w:pPr>
        <w:pStyle w:val="Titolo1"/>
      </w:pPr>
      <w:r>
        <w:t>D – Natura apparente / parte interessata</w:t>
      </w:r>
    </w:p>
    <w:p w14:paraId="1FC954CE" w14:textId="77777777" w:rsidR="009266BE" w:rsidRDefault="00000000">
      <w:r>
        <w:t>☐ Caduta ☐ Urto ☐ Ferita ☐ Escoriazione ☐ Trauma cranico ☐ Trauma dentale ☐ Trauma oculare</w:t>
      </w:r>
      <w:r>
        <w:br/>
        <w:t>☐ Arto superiore ☐ Arto inferiore ☐ Epistassi ☐ Ustione ☐ Puntura/morso ☐ Altro __________________</w:t>
      </w:r>
    </w:p>
    <w:p w14:paraId="09C72E11" w14:textId="77777777" w:rsidR="009266BE" w:rsidRDefault="00000000">
      <w:r>
        <w:t>Parte del corpo interessata: __________________________________________________________</w:t>
      </w:r>
    </w:p>
    <w:p w14:paraId="393F03BD" w14:textId="77777777" w:rsidR="009266BE" w:rsidRDefault="00000000">
      <w:pPr>
        <w:pStyle w:val="Titolo1"/>
      </w:pPr>
      <w:r>
        <w:t>E – Interventi effettuati</w:t>
      </w:r>
    </w:p>
    <w:p w14:paraId="417F4107" w14:textId="77777777" w:rsidR="009266BE" w:rsidRDefault="00000000">
      <w:r>
        <w:t>☐ Addetto primo soccorso   ☐ Medicazione semplice   ☐ Ghiaccio/protezione   ☐ Riposo/osservazione</w:t>
      </w:r>
      <w:r>
        <w:br/>
        <w:t>☐ Chiamato 112 alle ore ______   ☐ Ambulanza   ☐ Trasporto in struttura sanitaria</w:t>
      </w:r>
      <w:r>
        <w:br/>
        <w:t>Struttura, se nota: __________________________________________________________________</w:t>
      </w:r>
    </w:p>
    <w:p w14:paraId="49EE7B70" w14:textId="77777777" w:rsidR="009266BE" w:rsidRDefault="00000000">
      <w:pPr>
        <w:pStyle w:val="Titolo1"/>
      </w:pPr>
      <w:r>
        <w:t>F – Comunicazione alla famiglia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803"/>
      </w:tblGrid>
      <w:tr w:rsidR="009266BE" w14:paraId="22A72706" w14:textId="77777777">
        <w:trPr>
          <w:jc w:val="center"/>
        </w:trPr>
        <w:tc>
          <w:tcPr>
            <w:tcW w:w="283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0265FB" w14:textId="77777777" w:rsidR="009266BE" w:rsidRDefault="00000000">
            <w:r>
              <w:t>Famiglia avvisata</w:t>
            </w:r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0F3669" w14:textId="77777777" w:rsidR="009266BE" w:rsidRDefault="00000000">
            <w:r>
              <w:t>☐ SÌ ☐ NO   Ora ________</w:t>
            </w:r>
          </w:p>
        </w:tc>
      </w:tr>
      <w:tr w:rsidR="009266BE" w14:paraId="122FEC73" w14:textId="77777777">
        <w:trPr>
          <w:jc w:val="center"/>
        </w:trPr>
        <w:tc>
          <w:tcPr>
            <w:tcW w:w="283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90D299" w14:textId="77777777" w:rsidR="009266BE" w:rsidRDefault="00000000">
            <w:r>
              <w:t>Persona contattata</w:t>
            </w:r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EBDAA6" w14:textId="77777777" w:rsidR="009266BE" w:rsidRDefault="009266BE"/>
        </w:tc>
      </w:tr>
      <w:tr w:rsidR="009266BE" w14:paraId="2C827F64" w14:textId="77777777">
        <w:trPr>
          <w:jc w:val="center"/>
        </w:trPr>
        <w:tc>
          <w:tcPr>
            <w:tcW w:w="283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8EA419" w14:textId="77777777" w:rsidR="009266BE" w:rsidRDefault="00000000">
            <w:r>
              <w:lastRenderedPageBreak/>
              <w:t>Da chi / modalità</w:t>
            </w:r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3A2AA3" w14:textId="77777777" w:rsidR="009266BE" w:rsidRDefault="00000000">
            <w:r>
              <w:t>☐ Telefonata ☐ Diretta ☐ Altro</w:t>
            </w:r>
          </w:p>
        </w:tc>
      </w:tr>
      <w:tr w:rsidR="009266BE" w14:paraId="24E26EB8" w14:textId="77777777">
        <w:trPr>
          <w:jc w:val="center"/>
        </w:trPr>
        <w:tc>
          <w:tcPr>
            <w:tcW w:w="283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5DE071" w14:textId="77777777" w:rsidR="009266BE" w:rsidRDefault="00000000">
            <w:r>
              <w:t>Esito</w:t>
            </w:r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7822F9" w14:textId="77777777" w:rsidR="009266BE" w:rsidRDefault="00000000">
            <w:r>
              <w:t>☐ Genitore/delegato ritira ☐ Valutazione sanitaria ☐ Rimane a scuola ☐ Affidato ai sanitari ☐ Altro</w:t>
            </w:r>
          </w:p>
        </w:tc>
      </w:tr>
    </w:tbl>
    <w:p w14:paraId="1DBE4E88" w14:textId="77777777" w:rsidR="009266BE" w:rsidRDefault="00000000">
      <w:pPr>
        <w:pStyle w:val="Titolo1"/>
      </w:pPr>
      <w:r>
        <w:t>G – Testimoni e condizioni del luogo</w:t>
      </w:r>
    </w:p>
    <w:p w14:paraId="28D76809" w14:textId="77777777" w:rsidR="009266BE" w:rsidRDefault="00000000">
      <w:r>
        <w:t>Testimoni: __________________________________________________________________________</w:t>
      </w:r>
      <w:r>
        <w:br/>
        <w:t>Condizioni ambientali/materiali rilevanti: _________________________________________________</w:t>
      </w:r>
      <w:r>
        <w:br/>
        <w:t>Misure immediate di messa in sicurezza: __________________________________________________</w:t>
      </w:r>
    </w:p>
    <w:p w14:paraId="6ABEF6AF" w14:textId="77777777" w:rsidR="009266BE" w:rsidRDefault="00000000">
      <w:pPr>
        <w:pStyle w:val="Titolo1"/>
      </w:pPr>
      <w:r>
        <w:t>H – Documentazione sanitaria</w:t>
      </w:r>
    </w:p>
    <w:p w14:paraId="3B0A9A79" w14:textId="77777777" w:rsidR="009266BE" w:rsidRDefault="00000000">
      <w:r>
        <w:t>☐ Non disponibile al momento   ☐ Famiglia si recherà a visita   ☐ Referto/certificato rilasciato</w:t>
      </w:r>
      <w:r>
        <w:br/>
        <w:t>☐ Documentazione consegnata alla segreteria</w:t>
      </w:r>
      <w:r>
        <w:br/>
        <w:t>Giorni di prognosi, se noti: ________    N. certificato INAIL, se disponibile: __________________</w:t>
      </w:r>
    </w:p>
    <w:p w14:paraId="20D4FA50" w14:textId="77777777" w:rsidR="009266BE" w:rsidRDefault="00000000">
      <w:pPr>
        <w:pStyle w:val="Titolo1"/>
      </w:pPr>
      <w:r>
        <w:t>I – Dichiarazione del personale</w:t>
      </w:r>
    </w:p>
    <w:p w14:paraId="25938730" w14:textId="77777777" w:rsidR="009266BE" w:rsidRDefault="00000000">
      <w:r>
        <w:t>Il/la sottoscritto/a dichiara che quanto riportato corrisponde ai fatti direttamente osservati e/o alle informazioni ricevute, la cui provenienza è specificata nel presente modulo.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803"/>
      </w:tblGrid>
      <w:tr w:rsidR="009266BE" w14:paraId="2C4404DE" w14:textId="77777777">
        <w:trPr>
          <w:jc w:val="center"/>
        </w:trPr>
        <w:tc>
          <w:tcPr>
            <w:tcW w:w="283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B5F1CA" w14:textId="77777777" w:rsidR="009266BE" w:rsidRDefault="00000000">
            <w:r>
              <w:t>Nome e cognome</w:t>
            </w:r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099273" w14:textId="77777777" w:rsidR="009266BE" w:rsidRDefault="009266BE"/>
        </w:tc>
      </w:tr>
      <w:tr w:rsidR="009266BE" w14:paraId="4A03714C" w14:textId="77777777">
        <w:trPr>
          <w:jc w:val="center"/>
        </w:trPr>
        <w:tc>
          <w:tcPr>
            <w:tcW w:w="283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7B903D" w14:textId="77777777" w:rsidR="009266BE" w:rsidRDefault="00000000">
            <w:r>
              <w:t>Qualifica</w:t>
            </w:r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595AF6" w14:textId="77777777" w:rsidR="009266BE" w:rsidRDefault="009266BE"/>
        </w:tc>
      </w:tr>
      <w:tr w:rsidR="009266BE" w14:paraId="0950878A" w14:textId="77777777">
        <w:trPr>
          <w:jc w:val="center"/>
        </w:trPr>
        <w:tc>
          <w:tcPr>
            <w:tcW w:w="283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1E59F6" w14:textId="77777777" w:rsidR="009266BE" w:rsidRDefault="00000000">
            <w:r>
              <w:t>Data / ora compilazione</w:t>
            </w:r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6DF4AF" w14:textId="77777777" w:rsidR="009266BE" w:rsidRDefault="00000000">
            <w:r>
              <w:t>____/____/________   ore ________</w:t>
            </w:r>
          </w:p>
        </w:tc>
      </w:tr>
      <w:tr w:rsidR="009266BE" w14:paraId="1541B4CA" w14:textId="77777777">
        <w:trPr>
          <w:jc w:val="center"/>
        </w:trPr>
        <w:tc>
          <w:tcPr>
            <w:tcW w:w="283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6C6D50" w14:textId="77777777" w:rsidR="009266BE" w:rsidRDefault="00000000">
            <w:r>
              <w:t>Firma</w:t>
            </w:r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AA8F20" w14:textId="77777777" w:rsidR="009266BE" w:rsidRDefault="009266BE"/>
        </w:tc>
      </w:tr>
    </w:tbl>
    <w:p w14:paraId="14C16E05" w14:textId="77777777" w:rsidR="009266BE" w:rsidRDefault="00000000">
      <w:pPr>
        <w:pStyle w:val="Titolo1"/>
      </w:pPr>
      <w:r>
        <w:t>PARTE RISERVATA AL RESPONSABILE DI PLESSO</w:t>
      </w:r>
    </w:p>
    <w:p w14:paraId="5BA677FA" w14:textId="77777777" w:rsidR="009266BE" w:rsidRDefault="00000000">
      <w:r>
        <w:t>Ricevuto il ____/____/________ ore ________</w:t>
      </w:r>
      <w:r>
        <w:br/>
        <w:t>☐ Verificata comunicazione famiglia  ☐ Informata Dirigenza  ☐ Trasmesso alla segreteria</w:t>
      </w:r>
      <w:r>
        <w:br/>
        <w:t>☐ Segnalata necessità di intervento su ambiente/attrezzatura</w:t>
      </w:r>
      <w:r>
        <w:br/>
        <w:t>Firma __________________________________</w:t>
      </w:r>
    </w:p>
    <w:p w14:paraId="1C559A93" w14:textId="77777777" w:rsidR="009266BE" w:rsidRDefault="00000000">
      <w:pPr>
        <w:pStyle w:val="Titolo1"/>
      </w:pPr>
      <w:r>
        <w:t>PARTE RISERVATA ALLA SEGRETERIA</w:t>
      </w:r>
    </w:p>
    <w:p w14:paraId="1B17AA55" w14:textId="77777777" w:rsidR="009266BE" w:rsidRDefault="00000000">
      <w:r>
        <w:t>Data acquisizione ____/____/________   Prot. n. __________________</w:t>
      </w:r>
      <w:r>
        <w:br/>
        <w:t>☐ Nessuna certificazione al momento  ☐ Acquisita certificazione</w:t>
      </w:r>
      <w:r>
        <w:br/>
        <w:t>Data certificato ____/____/________   Prognosi ______ giorni   N. certificato INAIL __________________</w:t>
      </w:r>
      <w:r>
        <w:br/>
        <w:t>☐ Comunicazione INAIL effettuata   ☐ Denuncia/comunicazione INAIL effettuata</w:t>
      </w:r>
      <w:r>
        <w:br/>
        <w:t>☐ Pratica assicurazione integrativa aperta   ☐ Acquisito prolungamento prognosi</w:t>
      </w:r>
      <w:r>
        <w:br/>
        <w:t>Operatore ______________________________ Firma ______________________________</w:t>
      </w:r>
    </w:p>
    <w:p w14:paraId="75EE49CE" w14:textId="77777777" w:rsidR="009266BE" w:rsidRDefault="00000000">
      <w:r>
        <w:rPr>
          <w:b/>
        </w:rPr>
        <w:t>La compilazione del presente modulo costituisce segnalazione interna dell’evento e non comporta ammissione o attribuzione di responsabilità.</w:t>
      </w:r>
    </w:p>
    <w:sectPr w:rsidR="009266BE" w:rsidSect="00034616">
      <w:headerReference w:type="default" r:id="rId8"/>
      <w:footerReference w:type="default" r:id="rId9"/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C56E2" w14:textId="77777777" w:rsidR="009E27DB" w:rsidRDefault="009E27DB">
      <w:pPr>
        <w:spacing w:after="0" w:line="240" w:lineRule="auto"/>
      </w:pPr>
      <w:r>
        <w:separator/>
      </w:r>
    </w:p>
  </w:endnote>
  <w:endnote w:type="continuationSeparator" w:id="0">
    <w:p w14:paraId="644A6DA2" w14:textId="77777777" w:rsidR="009E27DB" w:rsidRDefault="009E27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CECCE" w14:textId="3C00C029" w:rsidR="009266BE" w:rsidRDefault="00000000">
    <w:pPr>
      <w:pStyle w:val="Pidipagina"/>
      <w:jc w:val="center"/>
    </w:pPr>
    <w:proofErr w:type="spellStart"/>
    <w:r>
      <w:rPr>
        <w:sz w:val="16"/>
      </w:rPr>
      <w:t>Procedura</w:t>
    </w:r>
    <w:proofErr w:type="spellEnd"/>
    <w:r>
      <w:rPr>
        <w:sz w:val="16"/>
      </w:rPr>
      <w:t xml:space="preserve"> interna per la </w:t>
    </w:r>
    <w:proofErr w:type="spellStart"/>
    <w:r>
      <w:rPr>
        <w:sz w:val="16"/>
      </w:rPr>
      <w:t>gestione</w:t>
    </w:r>
    <w:proofErr w:type="spellEnd"/>
    <w:r>
      <w:rPr>
        <w:sz w:val="16"/>
      </w:rPr>
      <w:t xml:space="preserve"> degli </w:t>
    </w:r>
    <w:proofErr w:type="spellStart"/>
    <w:r>
      <w:rPr>
        <w:sz w:val="16"/>
      </w:rPr>
      <w:t>infortuni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scolastici</w:t>
    </w:r>
    <w:proofErr w:type="spellEnd"/>
    <w:r>
      <w:rPr>
        <w:sz w:val="16"/>
      </w:rPr>
      <w:t xml:space="preserve"> –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54401" w14:textId="77777777" w:rsidR="009E27DB" w:rsidRDefault="009E27DB">
      <w:pPr>
        <w:spacing w:after="0" w:line="240" w:lineRule="auto"/>
      </w:pPr>
      <w:r>
        <w:separator/>
      </w:r>
    </w:p>
  </w:footnote>
  <w:footnote w:type="continuationSeparator" w:id="0">
    <w:p w14:paraId="566A06C5" w14:textId="77777777" w:rsidR="009E27DB" w:rsidRDefault="009E27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88C57" w14:textId="77777777" w:rsidR="009266BE" w:rsidRDefault="00000000">
    <w:pPr>
      <w:pStyle w:val="Intestazione"/>
      <w:jc w:val="center"/>
    </w:pPr>
    <w:r>
      <w:rPr>
        <w:b/>
        <w:sz w:val="22"/>
      </w:rPr>
      <w:t>ISTITUTO COMPRENSIVO DARSENA – VIAREGGIO</w:t>
    </w:r>
    <w:r>
      <w:rPr>
        <w:sz w:val="16"/>
      </w:rPr>
      <w:br/>
      <w:t xml:space="preserve">Via E. Menini, </w:t>
    </w:r>
    <w:proofErr w:type="spellStart"/>
    <w:r>
      <w:rPr>
        <w:sz w:val="16"/>
      </w:rPr>
      <w:t>snc</w:t>
    </w:r>
    <w:proofErr w:type="spellEnd"/>
    <w:r>
      <w:rPr>
        <w:sz w:val="16"/>
      </w:rPr>
      <w:t xml:space="preserve"> – </w:t>
    </w:r>
    <w:proofErr w:type="spellStart"/>
    <w:r>
      <w:rPr>
        <w:sz w:val="16"/>
      </w:rPr>
      <w:t>Quartiere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Darsena</w:t>
    </w:r>
    <w:proofErr w:type="spellEnd"/>
    <w:r>
      <w:rPr>
        <w:sz w:val="16"/>
      </w:rPr>
      <w:t xml:space="preserve"> – 55049 Viareggio (LU) – Cod. </w:t>
    </w:r>
    <w:proofErr w:type="spellStart"/>
    <w:r>
      <w:rPr>
        <w:sz w:val="16"/>
      </w:rPr>
      <w:t>mecc</w:t>
    </w:r>
    <w:proofErr w:type="spellEnd"/>
    <w:r>
      <w:rPr>
        <w:sz w:val="16"/>
      </w:rPr>
      <w:t>. LUIC83900E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5863964">
    <w:abstractNumId w:val="8"/>
  </w:num>
  <w:num w:numId="2" w16cid:durableId="1621761158">
    <w:abstractNumId w:val="6"/>
  </w:num>
  <w:num w:numId="3" w16cid:durableId="1251503396">
    <w:abstractNumId w:val="5"/>
  </w:num>
  <w:num w:numId="4" w16cid:durableId="1719695216">
    <w:abstractNumId w:val="4"/>
  </w:num>
  <w:num w:numId="5" w16cid:durableId="1683048275">
    <w:abstractNumId w:val="7"/>
  </w:num>
  <w:num w:numId="6" w16cid:durableId="1185754533">
    <w:abstractNumId w:val="3"/>
  </w:num>
  <w:num w:numId="7" w16cid:durableId="790511982">
    <w:abstractNumId w:val="2"/>
  </w:num>
  <w:num w:numId="8" w16cid:durableId="1687436207">
    <w:abstractNumId w:val="1"/>
  </w:num>
  <w:num w:numId="9" w16cid:durableId="2097940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7989"/>
    <w:rsid w:val="0006063C"/>
    <w:rsid w:val="001214F2"/>
    <w:rsid w:val="0015074B"/>
    <w:rsid w:val="00153212"/>
    <w:rsid w:val="001B7AA4"/>
    <w:rsid w:val="0029639D"/>
    <w:rsid w:val="00326F90"/>
    <w:rsid w:val="009266BE"/>
    <w:rsid w:val="009E27D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80C854"/>
  <w14:defaultImageDpi w14:val="300"/>
  <w15:docId w15:val="{12BAD505-E239-42D2-83D2-081F2AFAF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Francesca Sarti</cp:lastModifiedBy>
  <cp:revision>4</cp:revision>
  <dcterms:created xsi:type="dcterms:W3CDTF">2026-10-12T08:59:00Z</dcterms:created>
  <dcterms:modified xsi:type="dcterms:W3CDTF">2026-10-12T09:00:00Z</dcterms:modified>
  <cp:category/>
</cp:coreProperties>
</file>