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B8E9D" w14:textId="51900652" w:rsidR="009D289E" w:rsidRPr="009D289E" w:rsidRDefault="009D289E" w:rsidP="009D289E">
      <w:pPr>
        <w:jc w:val="right"/>
        <w:rPr>
          <w:lang w:val="it-IT"/>
        </w:rPr>
      </w:pPr>
      <w:r>
        <w:t>Alla</w:t>
      </w:r>
      <w:r w:rsidRPr="009D289E">
        <w:rPr>
          <w:lang w:val="it-IT"/>
        </w:rPr>
        <w:t xml:space="preserve"> Dirigente Scolastic</w:t>
      </w:r>
      <w:r>
        <w:rPr>
          <w:lang w:val="it-IT"/>
        </w:rPr>
        <w:t>a</w:t>
      </w:r>
      <w:r w:rsidRPr="009D289E">
        <w:rPr>
          <w:lang w:val="it-IT"/>
        </w:rPr>
        <w:t xml:space="preserve"> della Scuola Secondaria di I grado “Jenco”</w:t>
      </w:r>
      <w:r>
        <w:rPr>
          <w:lang w:val="it-IT"/>
        </w:rPr>
        <w:t xml:space="preserve"> (IC Darsena)</w:t>
      </w:r>
    </w:p>
    <w:p w14:paraId="7CB6DCDD" w14:textId="000B0723" w:rsidR="008E2AEE" w:rsidRDefault="008E2AEE"/>
    <w:p w14:paraId="0E4409BE" w14:textId="77777777" w:rsidR="008E2AEE" w:rsidRDefault="00000000">
      <w:pPr>
        <w:jc w:val="center"/>
      </w:pPr>
      <w:r>
        <w:rPr>
          <w:b/>
          <w:color w:val="003366"/>
          <w:sz w:val="24"/>
        </w:rPr>
        <w:t>MODULO DI CONSENSO E AUTORIZZAZIONE</w:t>
      </w:r>
    </w:p>
    <w:p w14:paraId="63367073" w14:textId="77777777" w:rsidR="008E2AEE" w:rsidRDefault="00000000">
      <w:pPr>
        <w:spacing w:line="336" w:lineRule="auto"/>
      </w:pPr>
      <w:r>
        <w:rPr>
          <w:i/>
        </w:rPr>
        <w:t>Il/La sottoscritto/a _____________________________________________________________________</w:t>
      </w:r>
      <w:r>
        <w:rPr>
          <w:i/>
        </w:rPr>
        <w:br/>
        <w:t>in qualità di genitore / tutore legale dell'alunno/a ___________________________________________</w:t>
      </w:r>
      <w:r>
        <w:rPr>
          <w:i/>
        </w:rPr>
        <w:br/>
        <w:t>frequentante la scuola secondaria di primo grado "E. Jenco", classe 3^ Sez. _____</w:t>
      </w:r>
      <w:r>
        <w:rPr>
          <w:i/>
        </w:rPr>
        <w:br/>
      </w:r>
      <w:r>
        <w:rPr>
          <w:i/>
        </w:rPr>
        <w:br/>
        <w:t xml:space="preserve">preso atto delle informazioni fornite in merito al </w:t>
      </w:r>
      <w:r>
        <w:rPr>
          <w:b/>
        </w:rPr>
        <w:t>Progetto "Impari-amo a conoscerci"</w:t>
      </w:r>
      <w:r>
        <w:rPr>
          <w:i/>
        </w:rPr>
        <w:t xml:space="preserve"> dell'Azienda USL Toscana nordovest,</w:t>
      </w:r>
      <w:r>
        <w:rPr>
          <w:i/>
        </w:rPr>
        <w:br/>
      </w:r>
      <w:r>
        <w:rPr>
          <w:i/>
        </w:rPr>
        <w:br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8E2AEE" w14:paraId="2D3D1043" w14:textId="77777777">
        <w:trPr>
          <w:jc w:val="center"/>
        </w:trPr>
        <w:tc>
          <w:tcPr>
            <w:tcW w:w="4680" w:type="dxa"/>
          </w:tcPr>
          <w:p w14:paraId="3A84CEFC" w14:textId="77777777" w:rsidR="008E2AEE" w:rsidRDefault="00000000">
            <w:r>
              <w:rPr>
                <w:b/>
              </w:rPr>
              <w:t>[  ]</w:t>
            </w:r>
          </w:p>
        </w:tc>
        <w:tc>
          <w:tcPr>
            <w:tcW w:w="4680" w:type="dxa"/>
          </w:tcPr>
          <w:p w14:paraId="14055FE8" w14:textId="77777777" w:rsidR="008E2AEE" w:rsidRDefault="00000000">
            <w:r>
              <w:t>AUTORIZZA la partecipazione del/della proprio/a figlio/a a tutte le attività del progetto.</w:t>
            </w:r>
          </w:p>
        </w:tc>
      </w:tr>
      <w:tr w:rsidR="008E2AEE" w14:paraId="54B99B95" w14:textId="77777777">
        <w:trPr>
          <w:jc w:val="center"/>
        </w:trPr>
        <w:tc>
          <w:tcPr>
            <w:tcW w:w="4680" w:type="dxa"/>
          </w:tcPr>
          <w:p w14:paraId="1AA5B109" w14:textId="77777777" w:rsidR="008E2AEE" w:rsidRDefault="00000000">
            <w:r>
              <w:rPr>
                <w:b/>
              </w:rPr>
              <w:t>[  ]</w:t>
            </w:r>
          </w:p>
        </w:tc>
        <w:tc>
          <w:tcPr>
            <w:tcW w:w="4680" w:type="dxa"/>
          </w:tcPr>
          <w:p w14:paraId="61855FD0" w14:textId="77777777" w:rsidR="008E2AEE" w:rsidRDefault="00000000">
            <w:r>
              <w:t>NON AUTORIZZA la partecipazione del/della proprio/a figlio/a alle attività del progetto.</w:t>
            </w:r>
          </w:p>
        </w:tc>
      </w:tr>
    </w:tbl>
    <w:p w14:paraId="6F9287FB" w14:textId="77777777" w:rsidR="008E2AEE" w:rsidRDefault="008E2AEE"/>
    <w:p w14:paraId="637794C1" w14:textId="77777777" w:rsidR="008E2AEE" w:rsidRDefault="008E2AEE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8E2AEE" w14:paraId="3ED6324D" w14:textId="77777777">
        <w:tc>
          <w:tcPr>
            <w:tcW w:w="4680" w:type="dxa"/>
          </w:tcPr>
          <w:p w14:paraId="7D929197" w14:textId="77777777" w:rsidR="008E2AEE" w:rsidRDefault="00000000">
            <w:r>
              <w:t>Luogo e data:</w:t>
            </w:r>
            <w:r>
              <w:br/>
            </w:r>
            <w:r>
              <w:br/>
              <w:t>___________________________</w:t>
            </w:r>
          </w:p>
        </w:tc>
        <w:tc>
          <w:tcPr>
            <w:tcW w:w="4680" w:type="dxa"/>
          </w:tcPr>
          <w:p w14:paraId="7AE85A1E" w14:textId="77777777" w:rsidR="008E2AEE" w:rsidRDefault="00000000">
            <w:pPr>
              <w:jc w:val="right"/>
            </w:pPr>
            <w:r>
              <w:t>Firma del genitore / tutore legale:</w:t>
            </w:r>
            <w:r>
              <w:br/>
            </w:r>
            <w:r>
              <w:br/>
              <w:t>___________________________________</w:t>
            </w:r>
          </w:p>
        </w:tc>
      </w:tr>
    </w:tbl>
    <w:p w14:paraId="3A548220" w14:textId="77777777" w:rsidR="00D61E03" w:rsidRDefault="00D61E03"/>
    <w:sectPr w:rsidR="00D61E03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56381616">
    <w:abstractNumId w:val="8"/>
  </w:num>
  <w:num w:numId="2" w16cid:durableId="904951458">
    <w:abstractNumId w:val="6"/>
  </w:num>
  <w:num w:numId="3" w16cid:durableId="1732537030">
    <w:abstractNumId w:val="5"/>
  </w:num>
  <w:num w:numId="4" w16cid:durableId="1632124774">
    <w:abstractNumId w:val="4"/>
  </w:num>
  <w:num w:numId="5" w16cid:durableId="1394158501">
    <w:abstractNumId w:val="7"/>
  </w:num>
  <w:num w:numId="6" w16cid:durableId="86660541">
    <w:abstractNumId w:val="3"/>
  </w:num>
  <w:num w:numId="7" w16cid:durableId="1445073421">
    <w:abstractNumId w:val="2"/>
  </w:num>
  <w:num w:numId="8" w16cid:durableId="1822187909">
    <w:abstractNumId w:val="1"/>
  </w:num>
  <w:num w:numId="9" w16cid:durableId="1397630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1CBB"/>
    <w:rsid w:val="0015074B"/>
    <w:rsid w:val="0029639D"/>
    <w:rsid w:val="00326F90"/>
    <w:rsid w:val="008E2AEE"/>
    <w:rsid w:val="009D289E"/>
    <w:rsid w:val="00AA1D8D"/>
    <w:rsid w:val="00B47730"/>
    <w:rsid w:val="00CB0664"/>
    <w:rsid w:val="00D61E0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B8C976"/>
  <w14:defaultImageDpi w14:val="300"/>
  <w15:docId w15:val="{0611D592-B8BF-4387-945A-FF13BC62A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color w:val="333333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Francesca Sarti</cp:lastModifiedBy>
  <cp:revision>2</cp:revision>
  <dcterms:created xsi:type="dcterms:W3CDTF">2026-10-03T07:53:00Z</dcterms:created>
  <dcterms:modified xsi:type="dcterms:W3CDTF">2026-10-03T07:53:00Z</dcterms:modified>
  <cp:category/>
</cp:coreProperties>
</file>